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San Luis son 2,9 °C más cálidos que los situados en el Valle de Napa</w:t>
      </w:r>
    </w:p>
    <w:p>
      <w:r>
        <w:t>El mapa interactivo recoge más de 4,3 millones de viñedos, 6 de ellos en San Luis.</w:t>
      </w:r>
    </w:p>
    <w:p>
      <w:r>
        <w:t>World Winery Map, el mapa mundial del vino recién lanzado, cartografía 4 bodegas y 6 viñedos de San Luis. Los viñedos de San Luis se encuentran a una altitud media de 751 metros y son 2,9 °C más cálidos durante el periodo vegetativo de la vid que los situados en el Valle de Napa,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Argentina tienen como fuente el registro de Indicaciones Geográficas del INV (Instituto Nacional de Vitivinicultura), que define 82 zonas vitícolas para Argentina.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San Luis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