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Mulchén son 3,0 °C más frescos que los situados en la Toscana</w:t>
      </w:r>
    </w:p>
    <w:p>
      <w:r>
        <w:t>El mapa interactivo recoge más de 4,3 millones de viñedos, 59 de ellos en Mulchén.</w:t>
      </w:r>
    </w:p>
    <w:p>
      <w:r>
        <w:t>World Winery Map, el mapa mundial del vino recién lanzado, cartografía 9 bodegas y 59 viñedos de Mulchén. Los viñedos de Mulchén se encuentran a una altitud media de 77 metros y son 3,0 °C más frescos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Chile tienen como fuente la zonificación vitícola del Decreto 464/1994 del Ministerio de Agricultura, que define 115 zonas vitícolas para Chile.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Mulchén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