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Utiel-Requena son 1,4 °C más cálidos que los situados en Burdeos</w:t>
      </w:r>
    </w:p>
    <w:p>
      <w:r>
        <w:t>El mapa interactivo recoge más de 4,3 millones de viñedos, 56.122 de ellos en Utiel-Requena.</w:t>
      </w:r>
    </w:p>
    <w:p>
      <w:r>
        <w:t>World Winery Map, el mapa mundial del vino recién lanzado, cartografía 109 bodegas y 56.122 viñedos de Utiel-Requena. Los viñedos de Utiel-Requena se encuentran a una altitud media de 742 metros y son 1,4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Utiel-Requena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