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Valencia son 1,6 °C más cálidos que los situados en Burdeos</w:t>
      </w:r>
    </w:p>
    <w:p>
      <w:r>
        <w:t>El mapa interactivo recoge más de 4,3 millones de viñedos, 85.361 de ellos en Valencia.</w:t>
      </w:r>
    </w:p>
    <w:p>
      <w:r>
        <w:t>World Winery Map, el mapa mundial del vino recién lanzado, cartografía 58 bodegas y 85.361 viñedos de Valencia. Los viñedos de Valencia se encuentran a una altitud media de 685 metros y son 1,6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Valencia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