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Castilla son 2,8 °C más cálidos que los situados en Burdeos</w:t>
      </w:r>
    </w:p>
    <w:p>
      <w:r>
        <w:t>El mapa interactivo recoge más de 4,3 millones de viñedos, 486.945 de ellos en Castilla.</w:t>
      </w:r>
    </w:p>
    <w:p>
      <w:r>
        <w:t>World Winery Map, el mapa mundial del vino recién lanzado, cartografía 37 bodegas y 486.945 viñedos de Castilla. Los viñedos de Castilla se encuentran a una altitud media de 697 metros y son 2,8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el pliego de condiciones de la IGP publicado por el MAPA (Ministerio de Agricultura, Pesca y Alimentación).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Castilla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