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Liébana son 3,3 °C más frescos que los situados en el Valle de Napa</w:t>
      </w:r>
    </w:p>
    <w:p>
      <w:r>
        <w:t>El mapa interactivo recoge más de 4,3 millones de viñedos, 387 de ellos en Liébana.</w:t>
      </w:r>
    </w:p>
    <w:p>
      <w:r>
        <w:t>World Winery Map, el mapa mundial del vino recién lanzado, cartografía 6 bodegas y 387 viñedos de Liébana. Los viñedos de Liébana se encuentran a una altitud media de 412 metros y son 3,3 °C más frescos durante el periodo vegetativo de la vid que los situados en el Valle de Napa,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el pliego de condiciones de la IGP publicado por el MAPA (Ministerio de Agricultura, Pesca y Alimentación).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Liébana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