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des Côtes Catalanes sont 2,2 °C plus chauds que ceux situés dans la Rioja</w:t>
      </w:r>
    </w:p>
    <w:p>
      <w:r>
        <w:t>La carte interactive recense plus de 4,3 millions de vignobles, dont 18 991 dans les Côtes Catalanes.</w:t>
      </w:r>
    </w:p>
    <w:p>
      <w:r>
        <w:t>World Winery Map, la carte mondiale du vin qui vient d'être lancée, répertorie 134 domaines viticoles et 18 991 vignobles des Côtes Catalanes. Les vignobles des Côtes Catalanes se situent à une altitude moyenne de 114 mètres et sont, pendant la période de végétation, 2,2 °C plus chauds que ceux situés dans la Rioja,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limites officielles pour la France ont comme source le cahier des charges de l'appellation publié par le ministère de l'Agriculture.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des Côtes Catalanes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