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du Puy-de-Dôme sont 3,3 °C plus frais que ceux situés dans la Napa Valley</w:t>
      </w:r>
    </w:p>
    <w:p>
      <w:r>
        <w:t>La carte interactive recense plus de 4,3 millions de vignobles, dont 772 dans le Puy-de-Dôme.</w:t>
      </w:r>
    </w:p>
    <w:p>
      <w:r>
        <w:t>World Winery Map, la carte mondiale du vin qui vient d'être lancée, répertorie 49 domaines viticoles et 772 vignobles du Puy-de-Dôme. Les vignobles du Puy-de-Dôme se situent à une altitude moyenne de 426 mètres et sont, pendant la période de végétation, 3,3 °C plus frais que ceux situés dans la Napa Valley,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du Puy-de-Dôme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