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Novo mapa mundial do vinho revela: as vinhas alentejanas são 2,8 °C mais quentes do que em Bordéus</w:t>
      </w:r>
    </w:p>
    <w:p>
      <w:r>
        <w:t>O mapa interativo cartografa mais de 4,3 milhões de vinhas, 16.112 delas no Alentejo.</w:t>
      </w:r>
    </w:p>
    <w:p>
      <w:r>
        <w:t>O World Winery Map, o mapa mundial do vinho lançado recentemente, cartografa 205 produtores de vinho e 16.112 vinhas do Alentejo. As vinhas alentejanas estão a uma altitude média de 226 metros e são 2,8 °C mais quentes durante o período vegetativo do que em Bordéus, segundo os dados do World Winery Map.</w:t>
      </w:r>
    </w:p>
    <w:p>
      <w:r>
        <w:t>O projeto é a base de dados interativa mais abrangente sobre o terroir vitícola mundial, cartografando 4.303.693 vinhas e 104.330 produtores de vinho em 90 países. Para cada uma das vinhas do mapa é possível consultar dados geoespaciais muito específicos, entre os quais a altitude, a radiação solar e o declive, a par de indicadores vitícolas essenciais como a composição do solo, o índice de Huglin e as temperaturas médias durante o período vegetativo.</w:t>
      </w:r>
    </w:p>
    <w:p>
      <w:r>
        <w:t>“Para cada parcela extraímos as coordenadas exatas e fizemos o cálculo da altitude, do declive e da exposição com o modelo de terreno Copernicus GLO-30 e, sobre essa base, sobrepusemos depois os dados climáticos”, afirmou Matija Gavrilović, fundador do World Winery Map. “Nas parcelas maiores utilizamos até 16 pontos de medição, razão pela qual a altitude é apresentada como um intervalo preciso e não como um número único. Fizemos também o cálculo do declive, da precipitação, do vento, do tipo de solo e da geologia sempre que havia dados disponíveis.”</w:t>
      </w:r>
    </w:p>
    <w:p>
      <w:r>
        <w:t>As parcelas de vinha provêm de 38 fontes independentes. Vinte e duas delas são cadastros oficiais do Estado. Os limites oficiais para Portugal têm como fonte os Cadernos de Especificações da IGP publicados pelo IVV (Instituto da Vinha e do Vinho), que define 14 áreas vitícolas para Portugal. É possível selecionar qualquer região para consultar os dados essenciais, ver os limites, verificar a precipitação e a altitude médias e analisar dados vitícolas como o índice de Winkler. O World Winery Map já está em diálogo com entidades oficiais de vários países, com o objetivo de manter o mapa tão preciso quanto possível.</w:t>
      </w:r>
    </w:p>
    <w:p>
      <w:r>
        <w:t>O mapa traça 98.719 limites específicos de regiões vitícolas, desde vastas macrorregiões até lugares vitícolas individuais com nome próprio. Deste total fazem parte 2.815 regiões vitícolas, sub-regiões e denominações de origem oficiais, a par de 95.904 lugares vitícolas com nome próprio. A plataforma foi concebida expressamente tanto para os profissionais do setor como para os enoturistas. Um sistema de geolocalização integrado permite encontrar de imediato os produtores de vinho nas proximidades e obter as indicações para chegar à propriedade, em qualquer ponto do mundo.</w:t>
      </w:r>
    </w:p>
    <w:p>
      <w:r>
        <w:t>Os produtores alentejanos são convidados a reivindicar gratuitamente os seus perfis de produtor na plataforma. Ao assumirna gestão das suas páginas, os produtores podem atualizar os horários da sala de degustação, confirmar a política de visitas, reivindicar as suas parcelas de vinha específicas e atualizar os dados sobre as variedades de uva plantadas, participando ativamente na manutenção do mapa do vinho mais preciso e detalhado do mundo.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Comparação de regiões no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produtores em 90 países.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Vinhas na Croácia. O mapa interativo cartografa mais de 4,3 milhões de vinhas em 90 países.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