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as vinhas algarvias são 3,1 °C mais quentes do que na Rioja</w:t>
      </w:r>
    </w:p>
    <w:p>
      <w:r>
        <w:t>O mapa interativo cartografa mais de 4,3 milhões de vinhas, 2.046 delas no Algarve.</w:t>
      </w:r>
    </w:p>
    <w:p>
      <w:r>
        <w:t>O World Winery Map, o mapa mundial do vinho lançado recentemente, cartografa 33 produtores de vinho e 2.046 vinhas do Algarve. As vinhas algarvias estão a uma altitude média de 73 metros e são 3,1 °C mais quentes durante o período vegetativo do que na Rioja,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Os limites oficiais para Portugal têm como fonte os Cadernos de Especificações da IGP publicados pelo IVV (Instituto da Vinha e do Vinho), que define 14 áreas vitícolas para Portugal.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Os produtores algarvios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