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Codru sunt cu 2,5 °C mai calde decât cele din Champagne</w:t>
      </w:r>
    </w:p>
    <w:p>
      <w:r>
        <w:t>Harta interactivă cartografiază peste 4,3 milioane de vii, dintre care 7.356 se află în regiunea Codru.</w:t>
      </w:r>
    </w:p>
    <w:p>
      <w:r>
        <w:t>World Winery Map, harta vinicolă a lumii lansată recent, cartografiază 44 crame și 7.356 vii din Codru. Podgoriile din Codru se află la o altitudine medie de 154 metri și sunt cu 2,5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Republica Moldova au ca sursă caietele de sarcini ale IGP din Republica Moldova, publicate de ONVV (Oficiul Național al Viei și Vinului), care definește arealele viticole pentru Republica Moldova, în număr de 3.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Codru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