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Texas Hill Country Vineyards Are 5.5 °C Warmer Than Those in Tuscany</w:t>
      </w:r>
    </w:p>
    <w:p>
      <w:r>
        <w:t>The interactive map charts more than 4.3 million vineyards, 112 of them in the Texas Hill Country.</w:t>
      </w:r>
    </w:p>
    <w:p>
      <w:r>
        <w:t>World Winery Map, the newly launched wine map of the world, maps 241 wineries and 112 vineyards from the Texas Hill Country. Texas Hill Country vineyards sit at an average elevation of 478 metres and are 5.5 °C warmer during the vine growing season than those in Tuscany,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the United States were taken from the AVA boundaries of the TTB (Alcohol and Tobacco Tax and Trade Bureau), digitised by the UC Davis AVA project, which defines 276 wine areas for the United States.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Texas Hill Country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