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toscani sono 1,9 °C più caldi rispetto a quelli nella Rioja</w:t>
      </w:r>
    </w:p>
    <w:p>
      <w:r>
        <w:t>La mappa interattiva censisce oltre 4,3 milioni di vigneti, 75.145 dei quali in Toscana.</w:t>
      </w:r>
    </w:p>
    <w:p>
      <w:r>
        <w:t>World Winery Map, la mappa mondiale del vino lanciata di recente, mappa 4.403 cantine e 75.145 vigneti della Toscana. I vigneti toscani si trovano a un'altitudine media di 233 metri e sono 1,9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I confini ufficiali per l'Italia hanno come fonte il disciplinare di produzione della IGT "Toscano o Toscana" pubblicato dal MASAF.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toscani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