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Argentine Vineyards Are 3.6 °C Warmer Than Those in Bordeaux</w:t>
      </w:r>
    </w:p>
    <w:p>
      <w:r>
        <w:t>The interactive map charts more than 4.3 million vineyards, 15,115 of them in Argentina.</w:t>
      </w:r>
    </w:p>
    <w:p>
      <w:r>
        <w:t>World Winery Map, the newly launched wine map of the world, features 1,344 wineries and 15,115 vineyards from Argentina. Argentine vineyards sit at an average elevation of 671 metres and are 3.6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Argentina were taken from the IG and DOC register of the National Institute of Viticulture (INV).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Argentina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