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argentinos son 3,6 °C más cálidos que los de Burdeos</w:t>
      </w:r>
    </w:p>
    <w:p>
      <w:r>
        <w:t>El mapa interactivo recoge más de 4,3 millones de viñedos, 15.115 de ellos en Argentina.</w:t>
      </w:r>
    </w:p>
    <w:p>
      <w:r>
        <w:t>World Winery Map, el mapa mundial del vino recién lanzado, incluye 1.344 bodegas y 15.115 viñedos de Argentina. Los viñedos argentinos se sitúan en promedio a 671 metros de altitud y son 3,6 °C más cálidos durante el ciclo vegetativo de la vid que los de Burdeos, según los datos de la plataforma World Winery Map.</w:t>
      </w:r>
    </w:p>
    <w:p>
      <w:r>
        <w:t>El proyecto ha sido desarrollado por una startup de Croacia sin financiación externa.</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Argentina se tomaron del registro de IG y DOC del Instituto Nacional de Vitivinicultura (INV).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Argentina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