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brasileños son 4,3 °C más cálidos que los de Sicilia</w:t>
      </w:r>
    </w:p>
    <w:p>
      <w:r>
        <w:t>El mapa interactivo recoge más de 4,3 millones de viñedos, 1.054 de ellos en Brasil.</w:t>
      </w:r>
    </w:p>
    <w:p>
      <w:r>
        <w:t>World Winery Map, el mapa mundial del vino recién lanzado, incluye 717 bodegas y 1.054 viñedos de Brasil. Los viñedos brasileños se sitúan en promedio a 438 metros de altitud y son 4,3 °C más cálidos durante el ciclo vegetativo de la vid que los de Sicilia,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Brasil se tomaron del registro de indicaciones geográficas del INPI y de Embrapa.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Brasil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