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brésiliens sont 4,3 °C plus chauds que ceux de Sicile</w:t>
      </w:r>
    </w:p>
    <w:p>
      <w:r>
        <w:t>La carte interactive recense plus de 4,3 millions de vignobles, dont 1 054 au Brésil.</w:t>
      </w:r>
    </w:p>
    <w:p>
      <w:r>
        <w:t>World Winery Map, la carte mondiale du vin qui vient d'être lancée, répertorie 717 domaines viticoles et 1 054 vignobles au Brésil. Les vignobles brésiliens se situent en moyenne à 438 mètres d'altitude et, pendant la période de végétation de la vigne, ils sont 4,3 °C plus chauds que ceux de Sicile,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du Brésil sont issues du registre des indications géographiques de l'INPI et de l'Embrapa.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brésiliens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