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World's Largest Wine Map Released: 4.3 Million Vineyards and More Than 100,000 Wineries in 97 Countries</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around the world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