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Swiss Vineyards Are 2.1 °C Cooler Than Those in Bordeaux</w:t>
      </w:r>
    </w:p>
    <w:p>
      <w:r>
        <w:t>The interactive map charts more than 4.3 million vineyards, 64,532 of them in Switzerland.</w:t>
      </w:r>
    </w:p>
    <w:p>
      <w:r>
        <w:t>World Winery Map, the newly launched wine map of the world, features 2,030 wineries and 64,532 vineyards from Switzerland. Swiss vineyards sit at an average elevation of 601 metres and are 2.1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Switzerland were taken from the cantonal vineyard cadastres (geodienste.ch).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Switzerland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