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Eight Wineries from Colombia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eight wineries from Colombia.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Colombia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