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Three Wineries from Costa Rica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three wineries from Costa Rica.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Costa Rica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