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Spanish Vineyards Are 2 °C Warmer Than Those in Burgundy</w:t>
      </w:r>
    </w:p>
    <w:p>
      <w:r>
        <w:t>The interactive map charts more than 4.3 million vineyards, 2,031,169 of them in Spain.</w:t>
      </w:r>
    </w:p>
    <w:p>
      <w:r>
        <w:t>World Winery Map, the newly launched wine map of the world, features 6,035 wineries and 2,031,169 vineyards from Spain. Spanish vineyards sit at an average elevation of 488 metres and are 2 °C warmer during the vine growing season than those in Burgundy,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Spain were taken from the pliegos de condiciones (product specifications) for protected designations (DOP and IGP) of the Ministry of Agriculture.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Spain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