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españoles son 2 °C más cálidos que los de Borgoña</w:t>
      </w:r>
    </w:p>
    <w:p>
      <w:r>
        <w:t>El mapa interactivo recoge más de 4,3 millones de viñedos, 2.031.169 de ellos en España.</w:t>
      </w:r>
    </w:p>
    <w:p>
      <w:r>
        <w:t>World Winery Map, el mapa mundial del vino recién lanzado, incluye 6.035 bodegas y 2.031.169 viñedos de España. Los viñedos españoles se sitúan de media a 488 metros de altitud y son 2 °C más cálidos durante el ciclo vegetativo de la vid que los de Borgoña,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España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