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Two Wineries from Finland</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two wineries from Finland.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Finland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