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français sont 3,4 °C plus frais que ceux de Sicile</w:t>
      </w:r>
    </w:p>
    <w:p>
      <w:r>
        <w:t>La carte interactive recense plus de 4,3 millions de vignobles, dont 693 669 en France.</w:t>
      </w:r>
    </w:p>
    <w:p>
      <w:r>
        <w:t>World Winery Map, la carte mondiale du vin qui vient d'être lancée, répertorie 19 097 domaines viticoles et 693 669 vignobles en France. Les vignobles français se situent en moyenne à 146 mètres d'altitude et, pendant la période de végétation de la vigne, ils sont 3,4 °C plus frais que ceux de Sicile, selon les données de la plateforme World Winery Map.</w:t>
      </w:r>
    </w:p>
    <w:p>
      <w:r>
        <w:t>Ce projet constitue la base de données interactive la plus complète sur les terroirs viticoles du monde, avec 4 307 699 vignobles et 103 795 domaines viticoles dans 97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ajouté les données climatiques », a déclaré Matija Gavrilović, fondateur de la plateforme World Winery Map. « Sur les grandes parcelles, nous mesurons jusqu'à 16 points de contrôle, c'est pourquoi l'altitude est indiquée sous forme de fourchette précise et non d'un chiffre unique. Nous avons également calculé la pente, les précipitations, le vent, le type de sol et la géologie partout où les données étaient disponibles. »</w:t>
      </w:r>
    </w:p>
    <w:p>
      <w:r>
        <w:t>Les données sur les parcelles de vigne proviennent de 38 sources indépendantes, dont 22 registres officiels d'État. Les limites officielles des zones viticoles de France sont issues des délimitations officielles de l'INAO et du ministère de l'Agriculture. Les utilisateurs peuvent sélectionner n'importe quelle région pour en lire les informations essentielles, en examiner les limites, vérifier les précipitations et l'altitude moyennes et analyser des données viticoles comme l'indice de Winkler. World Winery Map est déjà en contact avec des organismes officiels dans plusieurs pays afin de garantir la plus grande exactitude de la carte.</w:t>
      </w:r>
    </w:p>
    <w:p>
      <w:r>
        <w:t>La carte trace 98 719 limites de zones viticoles distinctes, des vastes macro-régions jusqu'aux lieux-dits individuels. Elle comprend 2 815 régions viticoles, sous-régions et appellations officielles, ainsi que 95 904 lieux-dits viticoles. La plateforme s'adresse aux professionnels du secteur comme aux voyageurs amateurs de vin. Un système de géolocalisation intégré permet aux utilisateurs de trouver instantanément les domaines viticoles à proximité et d'obtenir l'itinéraire jusqu'au domaine, où qu'ils se trouvent dans le monde.</w:t>
      </w:r>
    </w:p>
    <w:p>
      <w:r>
        <w:t>Les vignerons français sont invités à revendiquer gratuitement la fiche de leur domaine sur la plateforme. En prenant possession de leur page, les producteurs peuvent mettre à jour les horaires de leur caveau de dégustation, confirmer leurs conditions de visite, revendiquer leurs propres parcelles de vigne et actualiser les données sur les cépages plantés. Ils contribuent ainsi activement à l'entretien de la carte du vin la plus exacte et la plus détaillée au monde.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