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Six Wineries from Indonesia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six wineries from Indonesia.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Indonesia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