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Peta anggur dunia baru diluncurkan, 6 kilang anggur dari Indonesia ikut tercantum</w:t>
      </w:r>
    </w:p>
    <w:p>
      <w:r>
        <w:t>Batas resmi kawasan anggur, kilang dan kebun anggur, topografi satelit, serta indeks iklim kini dapat diakses secara bebas di peta anggur terlengkap di dunia.</w:t>
      </w:r>
    </w:p>
    <w:p>
      <w:r>
        <w:t>WorldWineryMap.com resmi diluncurkan dengan basis data interaktif berskala besar tentang terroir anggur dunia yang memetakan 4.307.699 kebun anggur dan 103.795 kilang anggur di 97 negara, termasuk 6 kilang anggur dari Indonesia. Untuk setiap kebun anggur di peta, pengguna dapat melihat data spasial yang sangat presisi, termasuk ketinggian, radiasi matahari, dan kemiringan, serta indikator utama budi daya anggur seperti komposisi tanah, indeks Huglin, dan suhu rata-rata selama musim tumbuh tanaman anggur.</w:t>
      </w:r>
    </w:p>
    <w:p>
      <w:r>
        <w:t>"Untuk setiap petak, kami mengambil koordinat yang tepat dan menghitung ketinggian, kemiringan, serta arah lereng menggunakan model medan Copernicus GLO-30, lalu menambahkan data iklim," kata Matija Gavrilović, pendiri World Winery Map. "Untuk petak yang lebih besar, kami mengukur hingga 16 titik kontrol, sehingga ketinggian ditampilkan sebagai rentang yang presisi, bukan satu angka. Di tempat yang datanya tersedia, kami juga menghitung kemiringan, radiasi matahari, curah hujan, angin, jenis tanah, dan geologi."</w:t>
      </w:r>
    </w:p>
    <w:p>
      <w:r>
        <w:t>Platform ini secara khusus ditujukan bagi kalangan profesional industri sekaligus wisatawan pencinta anggur. Sistem geolokasi terintegrasi memungkinkan pengguna seketika menemukan kilang anggur terdekat dan mendapatkan petunjuk arah menuju lokasinya, di mana pun mereka berada di dunia. Bagi pencinta anggur yang lebih suka menjelajah dari rumah, platform ini menawarkan perjalanan virtual yang sangat terperinci melintasi geografi anggur dunia.</w:t>
      </w:r>
    </w:p>
    <w:p>
      <w:r>
        <w:t>Peta ini menggambarkan 98.719 batas kawasan anggur, mulai dari makroregion yang sangat luas hingga petak kebun bernama satu per satu. Di dalamnya terdapat 2.815 kawasan anggur, subkawasan, dan apelasi resmi, serta 95.904 petak kebun anggur bernama. Pengguna dapat memilih kawasan mana pun untuk membaca fakta dasar, melihat batasnya, memeriksa curah hujan dan ketinggian rata-rata, serta menganalisis data budi daya anggur seperti indeks Winkler. World Winery Map telah menjalin kontak dengan lembaga resmi di beberapa negara agar peta ini seakurat mungkin.</w:t>
      </w:r>
    </w:p>
    <w:p>
      <w:r>
        <w:t>"Membangun sistem sebesar ini menuntut pengolahan lebih dari empat juta poligon spasial dan memotongnya secara presisi dengan lapisan topografi dan iklim," tambah sang pendiri. "Hasilnya adalah arsip digital budi daya anggur dunia terlengkap yang pernah dibuat."</w:t>
      </w:r>
    </w:p>
    <w:p>
      <w:r>
        <w:t>Para pembuat anggur dari Indonesia diundang untuk mengklaim profil kilang anggur mereka di platform ini secara gratis. Dengan mengklaim halamannya, produsen dapat memperbarui jam buka ruang cicip, mengonfirmasi aturan bagi pengunjung, mengklaim petak kebun anggur mereka, dan mengisi data varietas anggur yang ditanam, sehingga ikut aktif menjaga peta anggur paling akurat dan terperinci di dunia.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