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Five Wineries from Ireland</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five wineries from Ireland.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Ireland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