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One Winery from Kenya</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one winery from Kenya.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Kenya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