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36 Wineries from South Korea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36 wineries from South Korea.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South Korea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