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Luxembourg Vineyards Are 3.3 °C Cooler Than Those in Bordeaux</w:t>
      </w:r>
    </w:p>
    <w:p>
      <w:r>
        <w:t>The interactive map charts more than 4.3 million vineyards, 4,521 of them in Luxembourg.</w:t>
      </w:r>
    </w:p>
    <w:p>
      <w:r>
        <w:t>World Winery Map, the newly launched wine map of the world, features 65 wineries and 4,521 vineyards from Luxembourg. Luxembourg vineyards sit at an average elevation of 198 metres and are 3.3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Luxembourg were taken from the register of vineyard parcels (data.public.lu).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Luxembourg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