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bidi/>
      </w:pPr>
      <w:r>
        <w:rPr>
          <w:b/>
          <w:sz w:val="28"/>
        </w:rPr>
        <w:t>خريطة عالمية جديدة للنبيذ تكشف: الكروم المغربية أدفأ بمقدار 4 درجات مئوية من كروم بوردو</w:t>
      </w:r>
    </w:p>
    <w:p>
      <w:pPr>
        <w:jc w:val="right"/>
        <w:bidi/>
      </w:pPr>
      <w:r>
        <w:t>تضم الخريطة التفاعلية أكثر من 4.3 مليون كرم عنب، منها 123 في المغرب.</w:t>
      </w:r>
    </w:p>
    <w:p>
      <w:pPr>
        <w:jc w:val="right"/>
        <w:bidi/>
      </w:pPr>
      <w:r>
        <w:t>تضم World Winery Map، خريطة النبيذ العالمية التي أُطلقت حديثًا، 10 مصانع نبيذ و123 كرم عنب من المغرب. وتقع الكروم المغربية في المتوسط على ارتفاع 330 مترًا فوق سطح البحر، وهي أدفأ بمقدار 4 درجات مئوية خلال موسم نمو الكرمة من كروم بوردو، وفق بيانات منصة World Winery Map.</w:t>
      </w:r>
    </w:p>
    <w:p>
      <w:pPr>
        <w:jc w:val="right"/>
        <w:bidi/>
      </w:pPr>
      <w:r>
        <w:t>طوّرت المشروع شركة ناشئة كرواتية من دون تمويل خارجي.</w:t>
      </w:r>
    </w:p>
    <w:p>
      <w:pPr>
        <w:jc w:val="right"/>
        <w:bidi/>
      </w:pPr>
      <w:r>
        <w:t>ويمثل المشروع أشمل قاعدة بيانات تفاعلية لتيروار النبيذ في العالم، إذ تضم 4,307,699 كرم عنب و103,795 مصنع نبيذ في 97 دولة. ولكل كرم على الخريطة، يمكن للمستخدمين الوصول إلى بيانات جغرافية مكانية محددة بدقة، منها الارتفاع عن سطح البحر والإشعاع الشمسي والانحدار، إلى جانب مقاييس أساسية في زراعة الكروم مثل تركيبة التربة ومؤشر هوغلين ومتوسط درجات الحرارة خلال موسم النمو.</w:t>
      </w:r>
    </w:p>
    <w:p>
      <w:pPr>
        <w:jc w:val="right"/>
        <w:bidi/>
      </w:pPr>
      <w:r>
        <w:t>«استخرجنا لكل قطعة إحداثياتها الدقيقة، وحسبنا الارتفاع والانحدار والاتجاه باستخدام النموذج الطبوغرافي Copernicus GLO-30، ثم أضفنا إلى ذلك البيانات المناخية»، صرّح ماتيا غافريلوفيتش، مؤسس منصة World Winery Map. «في القطع الأكبر نقيس ما يصل إلى 16 نقطة مرجعية، ولهذا يظهر الارتفاع على شكل نطاق دقيق لا رقمًا واحدًا. كما حسبنا الانحدار وكمية الأمطار والرياح ونوع التربة والجيولوجيا حيثما توفرت لدينا البيانات.»</w:t>
      </w:r>
    </w:p>
    <w:p>
      <w:pPr>
        <w:jc w:val="right"/>
        <w:bidi/>
      </w:pPr>
      <w:r>
        <w:t>وجُمعت بيانات قطع الكروم من 38 مصدرًا مستقلًا، منها 22 سجلًا حكوميًا رسميًا. ويمكن للمستخدمين اختيار أي منطقة لقراءة معلوماتها الأساسية ومعاينة حدودها والتحقق من متوسط كمية الأمطار والارتفاع فيها، وتحليل بيانات زراعة الكروم مثل مؤشر وينكلر. وتتواصل World Winery Map بالفعل مع جهات رسمية في عدة دول للحفاظ على أعلى درجة من الدقة في الخريطة.</w:t>
      </w:r>
    </w:p>
    <w:p>
      <w:pPr>
        <w:jc w:val="right"/>
        <w:bidi/>
      </w:pPr>
      <w:r>
        <w:t>وترسم الخريطة 98,719 حدًا محددًا لمناطق النبيذ، من المناطق الكبرى الشاسعة إلى المواقع المسماة الفردية. ويشمل ذلك 2,815 من مناطق النبيذ الرسمية ومناطقها الفرعية وتسميات المنشأ، إلى جانب 95,904 مواقع كروم مسماة. والمنصة مهيأة للمحترفين في القطاع ولسياح النبيذ أيضًا. ويتيح نظام تحديد الموقع المدمج للمستخدمين العثور فورًا على مصانع النبيذ القريبة والحصول على إرشادات الملاحة إلى الضيعة، أينما كانوا في العالم.</w:t>
      </w:r>
    </w:p>
    <w:p>
      <w:pPr>
        <w:jc w:val="right"/>
        <w:bidi/>
      </w:pPr>
      <w:r>
        <w:t>ويُدعى منتجو النبيذ في المغرب إلى المطالبة مجانًا بملفات مصانع نبيذهم على المنصة. وبتولي ملكية صفحاتهم، يستطيع المنتجون تحديث مواعيد عمل قاعات التذوق، وتأكيد سياسة الزيارات، والمطالبة بقطع كرومهم المحددة، وتحديث بيانات أصناف العنب المزروعة، ليشاركوا بذلك فعليًا في الحفاظ على أدق خريطة للنبيذ في العالم وأكثرها تفصيلًا.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