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del valle de Ica son 3,1 °C más cálidos que los de Sicilia</w:t>
      </w:r>
    </w:p>
    <w:p>
      <w:r>
        <w:t>El mapa interactivo recoge más de 4,3 millones de viñedos, 175 de ellos en el valle de Ica.</w:t>
      </w:r>
    </w:p>
    <w:p>
      <w:r>
        <w:t>World Winery Map, el mapa mundial del vino recién lanzado, incluye 60 bodegas y 175 viñedos del valle de Ica. Los viñedos del valle de Ica se sitúan en promedio a 404 metros de altitud y son 3,1 °C más cálidos durante el ciclo vegetativo de la vid que los de Sicilia,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del valle de Ica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