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Verde Valley Vineyards Are 6 °F Warmer Than Those in Tuscany</w:t>
      </w:r>
    </w:p>
    <w:p>
      <w:r>
        <w:t>The interactive map charts more than 4.3 million vineyards, 39 of them in the Verde Valley.</w:t>
      </w:r>
    </w:p>
    <w:p>
      <w:r>
        <w:t>World Winery Map, the newly launched wine map of the world, features 29 wineries and 39 vineyards from the Verde Valley. Verde Valley vineyards sit at an average elevation of 3,470 feet (1,058 meters) and are 6 °F (3.4 °C) warmer during the vine growing season than those in Tuscany,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the United States were taken from the American Viticultural Areas (AVA) register of the Alcohol and Tobacco Tax and Trade Bureau (TTB). Users can select any region to read key facts, view boundaries, check average rainfall and elevation, and analyze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travelers. An integrated geolocation system lets users instantly find nearby wineries and get directions to the estate, wherever they are in the world.</w:t>
      </w:r>
    </w:p>
    <w:p>
      <w:r>
        <w:t>Winemakers from the Verde Valley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