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Romanian Vineyards Are 2.1 °C Cooler Than Those in Tuscany</w:t>
      </w:r>
    </w:p>
    <w:p>
      <w:r>
        <w:t>The interactive map charts more than 4.3 million vineyards, 3,786 of them in Romania.</w:t>
      </w:r>
    </w:p>
    <w:p>
      <w:r>
        <w:t>World Winery Map, the newly launched wine map of the world, features 461 wineries and 3,786 vineyards from Romania. Romanian vineyards sit at an average elevation of 176 metres and are 2.1 °C cooler during the vine growing season than those in Tuscany,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Romania were taken from the Ministry of Agriculture order on wine-growing areas (Ordin MADR 1205/2018).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Romania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