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เปิดตัวแผนที่ไวน์โลกฉบับใหม่ รวมโรงผลิตไวน์จากประเทศไทย 14 แห่ง</w:t>
      </w:r>
    </w:p>
    <w:p>
      <w:r>
        <w:t>ขอบเขตแหล่งไวน์อย่างเป็นทางการ โรงผลิตไวน์และไร่องุ่น ข้อมูลภูมิประเทศจากดาวเทียม และดัชนีภูมิอากาศ เปิดให้เข้าถึงได้อย่างอิสระแล้วบนแผนที่ไวน์ที่ครอบคลุมที่สุดในโลก</w:t>
      </w:r>
    </w:p>
    <w:p>
      <w:r>
        <w:t>WorldWineryMap.com เปิดตัวอย่างเป็นทางการแล้ว พร้อมฐานข้อมูลเชิงโต้ตอบขนาดใหญ่เกี่ยวกับเทอรัวร์ไวน์ทั่วโลก ซึ่งแสดงไร่องุ่น 4,307,699 แห่งและโรงผลิตไวน์ 103,795 แห่งใน 97 ประเทศ ในจำนวนนี้มีโรงผลิตไวน์จากประเทศไทย 14 แห่ง ผู้ใช้สามารถดูข้อมูลเชิงพื้นที่ที่แม่นยำมากของไร่องุ่นแต่ละแห่งบนแผนที่ ทั้งระดับความสูง รังสีดวงอาทิตย์ และความลาดชัน ควบคู่กับตัวชี้วัดสำคัญด้านการปลูกองุ่น เช่น องค์ประกอบของดิน ดัชนี Huglin และอุณหภูมิเฉลี่ยในฤดูการเจริญเติบโตขององุ่น</w:t>
      </w:r>
    </w:p>
    <w:p>
      <w:r>
        <w:t>“เราดึงพิกัดที่แม่นยำของแปลงทุกแปลง และคำนวณระดับความสูง ความลาดชัน และทิศทางของลาดด้วยแบบจำลองภูมิประเทศ Copernicus GLO-30 จากนั้นจึงเพิ่มข้อมูลภูมิอากาศเข้าไป” Matija Gavrilović ผู้ก่อตั้ง World Winery Map กล่าว “สำหรับแปลงขนาดใหญ่ เราวัดจุดควบคุมได้สูงสุด 16 จุด ระดับความสูงจึงแสดงเป็นช่วงที่แม่นยำ ไม่ใช่ตัวเลขเดียว ในพื้นที่ที่มีข้อมูล เรายังคำนวณความลาดชัน รังสีดวงอาทิตย์ ปริมาณน้ำฝน ลม ประเภทดิน และธรณีวิทยาด้วย”</w:t>
      </w:r>
    </w:p>
    <w:p>
      <w:r>
        <w:t>แพลตฟอร์มนี้ออกแบบมาโดยเฉพาะสำหรับทั้งผู้เชี่ยวชาญในวงการและนักท่องเที่ยวสายไวน์ ระบบระบุตำแหน่งในตัวช่วยให้ผู้ใช้ค้นหาโรงผลิตไวน์ใกล้เคียงได้ทันทีและรับเส้นทางไปยังสถานที่นั้น ไม่ว่าจะอยู่ที่ใดในโลก สำหรับคนรักไวน์ที่ชอบสำรวจจากที่บ้าน แพลตฟอร์มนี้มอบการเดินทางเสมือนจริงที่ละเอียดมากผ่านภูมิศาสตร์ไวน์ของโลก</w:t>
      </w:r>
    </w:p>
    <w:p>
      <w:r>
        <w:t>แผนที่แสดงขอบเขตแหล่งไวน์ 98,719 แห่ง ตั้งแต่ภูมิภาคขนาดใหญ่ไปจนถึงแปลงปลูกที่มีชื่อเรียกเฉพาะ ในจำนวนนี้มีแหล่งไวน์ แหล่งไวน์ย่อย และแหล่งกำเนิดที่ได้รับการรับรองอย่างเป็นทางการ 2,815 แห่ง และแปลงปลูกองุ่นที่มีชื่อเรียก 95,904 แห่ง ผู้ใช้สามารถเลือกภูมิภาคใดก็ได้เพื่ออ่านข้อมูลพื้นฐาน ดูขอบเขต ตรวจสอบปริมาณน้ำฝนและระดับความสูงเฉลี่ย ตลอดจนวิเคราะห์ข้อมูลการปลูกองุ่น เช่น ดัชนี Winkler ขณะนี้ World Winery Map ได้ติดต่อกับหน่วยงานทางการในหลายประเทศแล้ว เพื่อให้แผนที่มีความแม่นยำมากที่สุด</w:t>
      </w:r>
    </w:p>
    <w:p>
      <w:r>
        <w:t>“การสร้างระบบในระดับนี้ต้องประมวลผลรูปหลายเหลี่ยมเชิงพื้นที่มากกว่าสี่ล้านรูป และนำมาตัดซ้อนอย่างแม่นยำกับชั้นข้อมูลภูมิประเทศและภูมิอากาศ” ผู้ก่อตั้งกล่าวเสริม “ผลลัพธ์ที่ได้คือคลังข้อมูลดิจิทัลด้านการปลูกองุ่นของโลกที่ครอบคลุมที่สุดเท่าที่เคยมีมา”</w:t>
      </w:r>
    </w:p>
    <w:p>
      <w:r>
        <w:t>ผู้ผลิตไวน์ในประเทศไทยได้รับเชิญให้รับสิทธิ์ดูแลโปรไฟล์โรงผลิตไวน์ของตนบนแพลตฟอร์มโดยไม่มีค่าใช้จ่าย เมื่อรับสิทธิ์หน้าโปรไฟล์แล้ว ผู้ผลิตสามารถอัปเดตเวลาเปิดห้องชิมไวน์ ยืนยันกฎสำหรับผู้มาเยือน รับสิทธิ์แปลงไร่องุ่นของตน และกรอกข้อมูลพันธุ์องุ่นที่ปลูก ซึ่งเป็นการมีส่วนร่วมอย่างแข็งขันในการดูแลแผนที่ไวน์ที่แม่นยำและละเอียดที่สุดในโลก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