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19 Wineries from Taiwan</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19 wineries from Taiwan.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Taiwan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