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Новая винная карта мира показывает: украинские виноградники на 2 °C холоднее, чем в Тоскане</w:t>
      </w:r>
    </w:p>
    <w:p>
      <w:r>
        <w:t>На интерактивной карте отмечено более 4,3 миллиона виноградников, из них 5475 находятся в Украине.</w:t>
      </w:r>
    </w:p>
    <w:p>
      <w:r>
        <w:t>На World Winery Map, недавно запущенной винной карте мира, представлены 81 винодельня и 5475 виноградников из Украины. Украинские виноградники в среднем расположены на высоте 127 метров над уровнем моря и в период вегетации винограда на 2 °C холоднее виноградников Тосканы, свидетельствуют данные платформы World Winery Map.</w:t>
      </w:r>
    </w:p>
    <w:p>
      <w:r>
        <w:t>Проект представляет собой самую полную интерактивную базу мирового винного терруара, на которой отмечено 4 307 699 виноградников и 103 795 виноделен в 97 странах. Для каждого отдельного виноградника на карте пользователи могут получить точные геопространственные данные, включая высоту над уровнем моря, солнечную радиацию и крутизну склона, а также ключевые виноградарские показатели, такие как состав почвы, индекс Хуглина и средние температуры в период вегетации.</w:t>
      </w:r>
    </w:p>
    <w:p>
      <w:r>
        <w:t>«Для каждого участка мы определили точные координаты и рассчитали высоту, крутизну склона и экспозицию с помощью топографической модели Copernicus GLO-30, а затем добавили климатические данные», заявил Матия Гаврилович, основатель World Winery Map. «Для крупных участков мы измеряем до 16 контрольных точек, поэтому высота отображается как точный диапазон, а не как одно число. Везде, где были данные, мы также рассчитали крутизну склона, количество осадков, ветер, тип почвы и геологию».</w:t>
      </w:r>
    </w:p>
    <w:p>
      <w:r>
        <w:t>Данные о виноградных участках собраны из 38 независимых источников, 22 из которых являются официальными государственными реестрами. Пользователи могут выбрать любой регион, чтобы прочитать основные сведения, просмотреть границы, проверить среднее количество осадков и высоту, а также проанализировать виноградарские данные, например индекс Винклера. World Winery Map уже находится в контакте с официальными органами в нескольких странах, чтобы карта оставалась максимально точной.</w:t>
      </w:r>
    </w:p>
    <w:p>
      <w:r>
        <w:t>Карта очерчивает 98 719 границ винодельческих регионов, от огромных макрорегионов до отдельных именованных урочищ. Среди них 2815 официальных винодельческих регионов, субрегионов и наименований по происхождению, а также 95 904 именованных виноградарских урочища. Платформа рассчитана как на профессионалов отрасли, так и на винных путешественников. Встроенная система геолокации позволяет пользователям мгновенно находить ближайшие винодельни и прокладывать маршрут до хозяйства, где бы в мире они ни находились.</w:t>
      </w:r>
    </w:p>
    <w:p>
      <w:r>
        <w:t>Виноделов из Украины приглашают бесплатно взять под управление профили своих виноделен на платформе. Получив доступ к своим страницам, производители могут обновлять часы работы дегустационных залов, подтверждать правила посещения, закреплять за собой свои виноградные участки и обновлять данные о высаженных сортах винограда, активно участвуя в поддержании самой точной и подробной винной карты мира.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