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Нова винна карта світу показує: українські виноградники на 2 °C холодніші, ніж у Тоскані</w:t>
      </w:r>
    </w:p>
    <w:p>
      <w:r>
        <w:t>На інтерактивній карті позначено понад 4,3 мільйона виноградників, з них 5475 розташовані в Україні.</w:t>
      </w:r>
    </w:p>
    <w:p>
      <w:r>
        <w:t>На World Winery Map, нещодавно запущеній винній карті світу, є 81 виноробня та 5475 виноградників з України. Українські виноградники в середньому розташовані на висоті 127 метрів над рівнем моря і під час вегетації винограду на 2 °C холодніші, ніж виноградники в Тоскані, свідчать дані платформи World Winery Map.</w:t>
      </w:r>
    </w:p>
    <w:p>
      <w:r>
        <w:t>Проєкт є найповнішою інтерактивною базою світового винного теруару, на якій позначено 4 307 699 виноградників і 103 795 виноробень у 97 країнах. Для кожного окремого виноградника на карті користувачі можуть переглянути точні геопросторові дані, зокрема висоту над рівнем моря, сонячну радіацію та крутизну схилу, а також ключові виноградарські показники, як-от склад ґрунту, індекс Хуглена та середні температури впродовж вегетаційного періоду.</w:t>
      </w:r>
    </w:p>
    <w:p>
      <w:r>
        <w:t>«Для кожної ділянки ми визначили точні координати й обчислили висоту, крутизну схилу та експозицію за допомогою топографічної моделі Copernicus GLO-30, а потім додали кліматичні дані», заявив Матія Гаврилович, засновник World Winery Map. «Для більших ділянок ми вимірюємо до 16 контрольних точок, тому висота відображається як точний діапазон, а не як одне число. Скрізь, де були дані, ми також обчислили крутизну схилу, кількість опадів, вітер, тип ґрунту та геологію».</w:t>
      </w:r>
    </w:p>
    <w:p>
      <w:r>
        <w:t>Дані про виноградні ділянки зібрано з 38 незалежних джерел, 22 з яких є офіційними державними реєстрами. Користувачі можуть обрати будь-який регіон, щоб прочитати основні факти, переглянути межі, перевірити середню кількість опадів і висоту та проаналізувати виноградарські дані, як-от індекс Вінклера. World Winery Map уже перебуває на зв'язку з офіційними органами в кількох країнах, щоб карта залишалася максимально точною.</w:t>
      </w:r>
    </w:p>
    <w:p>
      <w:r>
        <w:t>Карта окреслює 98 719 меж винних регіонів, від величезних макрорегіонів до окремих іменованих урочищ. Серед них 2815 офіційних винних регіонів, підрегіонів і найменувань за походженням, а також 95 904 іменовані виноградарські урочища. Платформа розрахована як на професіоналів галузі, так і на винних мандрівників. Вбудована система геолокації дає змогу користувачам миттєво знаходити найближчі виноробні й отримувати маршрут до господарства, де б у світі вони не перебували.</w:t>
      </w:r>
    </w:p>
    <w:p>
      <w:r>
        <w:t>Виноробів з України запрошують безкоштовно взяти під керування профілі своїх виноробень на платформі. Перебравши свої сторінки, виробники можуть оновлювати години роботи дегустаційних залів, підтверджувати правила відвідування, закріпити за собою свої виноградні ділянки та оновити дані про висаджені сорти винограду, активно долучаючись до підтримки найточнішої й найдетальнішої винної карти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