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estadounidenses son 2,2 °C más cálidos que los de Borgoña</w:t>
      </w:r>
    </w:p>
    <w:p>
      <w:r>
        <w:t>El mapa interactivo recoge más de 4,3 millones de viñedos, 94.688 de ellos en Estados Unidos.</w:t>
      </w:r>
    </w:p>
    <w:p>
      <w:r>
        <w:t>World Winery Map, el mapa mundial del vino recién lanzado, incluye 12.032 bodegas y 94.688 viñedos de Estados Unidos. Los viñedos estadounidenses se sitúan en promedio a 250 metros de altitud y son 2,2 °C más cálidos durante el ciclo vegetativo de la vid que los de Borgoña, según los datos de la plataforma World Winery Map.</w:t>
      </w:r>
    </w:p>
    <w:p>
      <w:r>
        <w:t>El proyecto ha sido desarrollado por una startup de Croacia sin financiación externa.</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Estados Unidos se tomaron del registro de áreas vitivinícolas estadounidenses (AVA) de la Oficina TTB.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Estados Unidos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