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Seven Wineries from Vietnam</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seven wineries from Vietnam.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Vietnam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