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Ra mắt bản đồ rượu vang thế giới mới, có cả 7 cơ sở sản xuất rượu vang của Việt Nam</w:t>
      </w:r>
    </w:p>
    <w:p>
      <w:r>
        <w:t>Ranh giới chính thức của các vùng rượu vang, các cơ sở sản xuất rượu vang và vườn nho, địa hình vệ tinh cùng các chỉ số khí hậu nay có thể được truy cập tự do trên bản đồ rượu vang đầy đủ nhất thế giới.</w:t>
      </w:r>
    </w:p>
    <w:p>
      <w:r>
        <w:t>WorldWineryMap.com đã chính thức ra mắt, mang đến một cơ sở dữ liệu tương tác khổng lồ về terroir rượu vang toàn cầu, thể hiện 4.307.699 vườn nho và 103.795 cơ sở sản xuất rượu vang tại 97 quốc gia, trong đó có 7 cơ sở của Việt Nam. Với từng vườn nho trên bản đồ, người dùng có thể xem dữ liệu không gian rất chính xác, gồm độ cao, bức xạ mặt trời và độ dốc, cùng các chỉ số trồng nho quan trọng như thành phần đất, chỉ số Huglin và nhiệt độ trung bình trong mùa sinh trưởng của cây nho.</w:t>
      </w:r>
    </w:p>
    <w:p>
      <w:r>
        <w:t>“Với mỗi thửa, chúng tôi đã trích xuất tọa độ chính xác và tính độ cao, độ dốc và hướng dốc bằng mô hình địa hình Copernicus GLO-30, sau đó bổ sung dữ liệu khí hậu”, ông Matija Gavrilović, nhà sáng lập World Winery Map, cho biết. “Với những thửa lớn, chúng tôi đo tối đa 16 điểm kiểm soát, vì vậy độ cao được hiển thị dưới dạng một khoảng chính xác chứ không phải một con số duy nhất. Ở những nơi có dữ liệu, chúng tôi cũng đã tính độ dốc, bức xạ mặt trời, lượng mưa, gió, loại đất và địa chất.”</w:t>
      </w:r>
    </w:p>
    <w:p>
      <w:r>
        <w:t>Nền tảng này được thiết kế dành cho cả giới chuyên môn trong ngành lẫn du khách yêu rượu vang. Hệ thống định vị tích hợp cho phép người dùng ngay lập tức tìm thấy các cơ sở sản xuất rượu vang gần đó và nhận chỉ đường đến tận nơi, dù họ đang ở bất cứ đâu trên thế giới. Với những người yêu rượu vang thích khám phá ngay tại nhà, nền tảng mang đến một chuyến du hành ảo rất chi tiết qua địa lý rượu vang thế giới.</w:t>
      </w:r>
    </w:p>
    <w:p>
      <w:r>
        <w:t>Bản đồ vạch ra 98.719 ranh giới vùng rượu vang, từ những đại vùng rộng lớn đến từng khu vườn nho có tên riêng. Trong số đó có 2.815 vùng rượu vang, tiểu vùng và tên gọi xuất xứ chính thức, cùng 95.904 khu vườn nho có tên. Người dùng có thể chọn bất kỳ vùng nào để đọc thông tin cơ bản, xem ranh giới, kiểm tra lượng mưa và độ cao trung bình, cũng như phân tích các dữ liệu trồng nho như chỉ số Winkler. World Winery Map đã liên hệ với các cơ quan chính thức tại một số quốc gia nhằm giúp bản đồ chính xác nhất có thể.</w:t>
      </w:r>
    </w:p>
    <w:p>
      <w:r>
        <w:t>“Để xây dựng một hệ thống ở quy mô này, chúng tôi phải xử lý hơn bốn triệu đa giác không gian và cắt chúng một cách chính xác với các lớp dữ liệu địa hình và khí hậu”, nhà sáng lập nói thêm. “Kết quả là kho lưu trữ số đầy đủ nhất về nghề trồng nho thế giới từng được xây dựng.”</w:t>
      </w:r>
    </w:p>
    <w:p>
      <w:r>
        <w:t>Các nhà sản xuất rượu vang Việt Nam được mời nhận miễn phí hồ sơ cơ sở của mình trên nền tảng. Khi nhận trang, nhà sản xuất có thể cập nhật giờ mở cửa phòng thử rượu, xác nhận quy định dành cho khách tham quan, nhận các thửa vườn nho của mình và nhập thông tin về các giống nho đã trồng, qua đó tích cực tham gia duy trì bản đồ rượu vang chính xác và chi tiết nhất thế giới.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